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CONTRATO DE PRESTACIÓN DE SERVICIOS JURÍDICOS</w:t>
      </w:r>
    </w:p>
    <w:p>
      <w:pPr>
        <w:spacing w:line="360" w:lineRule="auto" w:before="0" w:after="120"/>
        <w:jc w:val="left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[Ciudad], Estado de México, a [___] de [___________] de [_____]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CONTRATO DE PRESTACIÓN DE SERVICIOS PROFESIONALES QUE CELEBRAN POR UNA PARTE EL LIC. [NOMBRE DEL ABOGADO], A QUIEN EN LO SUCESIVO SE LE DENOMINARÁ "EL ABOGADO", Y POR LA OTRA PARTE EL SR(A). [NOMBRE DEL CLIENTE], A QUIEN EN LO SUCESIVO SE LE DENOMINARÁ "EL CLIENTE", AL TENOR DE LAS SIGUIENTES DECLARACIONES Y CLÁUSULAS.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 E C L A R A C I O N E S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I. Declara EL ABOGADO: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1.1 Ser profesionista con cédula profesional número [_______] expedida por la Dirección General de Profesiones, con título debidamente registrado.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1.2 Tener su domicilio profesional en [_________________________], Estado de México, mismo que señala para todos los efectos legales del presente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1.3 No encontrarse inhabilitado para el ejercicio profesional ni tener conflicto de interés con la contraparte del Cliente.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1.4 Contar con la capacidad técnica y profesional necesaria para la defensa de los intereses del Cliente.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II. Declara EL CLIENTE: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2.1 Ser [persona física / persona moral] con capacidad legal para contratar y obligarse.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2.2 Actuar por su propio derecho [o en representación de: ________________], y señalar como domicilio para todo tipo de notificaciones el ubicado en [________________________________________].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2.3 Conocer y aceptar que la contratación de servicios profesionales implica el pago de los honorarios en los términos pactados, independientemente del resultado del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2.4 Manifestar que la información proporcionada al Abogado es verídica y suficiente para la defensa de sus intereses.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III. Ambas partes reconocen tener plena capacidad legal para celebrar el presente contrato y se obligan en los términos de las siguientes: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 L Á U S U L A S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PRIMERA. — OBJETO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se obliga a prestar sus servicios profesionales de consultoría, asesoría, patrocinio y representación legal al Cliente en el siguiente asunto: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Descripción del caso: 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[_________________________________________________________________]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regula todos los actos jurídicos que el Abogado realice por cuenta y orden del Cliente, aplicándose supletoriamente las disposiciones del mandato en todo lo no previsto.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SEGUNDA. — ALCANCE DE LOS SERVICIOS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2.1 Quedan comprendidos dentro del objeto del presente contrato los siguientes servicios: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Análisis y estudio del caso;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Elaboración y presentación de demandas, contestaciones, escritos y promociones en general;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Asistencia a audiencias, comparecencias, diligencias y cualquier actuación judicial o administrativa;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Preparación, ofrecimiento y desahogo de pruebas;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e) Alegatos, conclusiones y cualquier otro escrito de cierre;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f) Interposición y desahogo de recursos ordinarios;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g) Seguimiento integral hasta resolución definitiva firme.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2.2 Quedan excluidos del presente contrato y requerirán convenio por separado: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Juicio de amparo directo o indirecto;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Ejecución forzosa de sentencia;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Procedimientos de jurisdicción voluntaria no previstos;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Cualquier otro asunto diverso al descrito en la cláusula primera.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TERCERA. — HONORARIOS Y FORMA DE PAGO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3.1 Cuota de inicio (no reembolsable)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pagará al Abogado la cantidad de $[________] MXN como cuota inicial única, la cual cubre el análisis del caso, la elaboración de la demanda o contestación y la primera audiencia o comparecencia.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Esta cantidad no será reembolsable bajo ninguna circunstancia, incluso si el asunto concluye anticipadamente, si el Cliente se desiste o si revoca el mandato antes de que se presten los servicios mencionados.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Forma de pago: [________________]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Fecha límite: [________________]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3.2 Honorarios por audiencia o comparecencia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pagará al Abogado la cantidad de $[________] MXN por cada audiencia o comparecencia que se realice, incluyendo pero no limitado a: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preliminar, de conciliación o de mediación;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de pruebas o de juicio;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Audiencia de alegatos;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Cualquier otra audiencia, comparecencia o diligencia ordenada por autoridad.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Estos honorarios se causan en el momento en que se celebra la audiencia y deberán ser pagados el mismo día, salvo pacto por escrito en contrario. Si por causa imputable al Cliente no se celebra la audiencia, el honorario se causa igualmente.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3.3 Gastos diversos (anticipo obligatorio)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se obliga a anticipar al Abogado, dentro de los tres días hábiles siguientes a la solicitud por cualquier medio, la cantidad necesaria para cubrir los siguientes gastos: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a) Copias certificadas y simples;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b) Transporte foráneo (pasajes, peajes, combustible, estacionamiento);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c) Notificaciones y emplazamientos;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d) Honorarios de peritos y auditores;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e) Edictos y publicaciones;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f) Papelería, digitalización y mensajería;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g) Cualquier otro gasto necesario para la tramitación del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presentará los comprobantes correspondientes dentro de los treinta días siguientes. La falta de comprobante no exime al Cliente del pago del gasto efectivamente erogado, sin perjuicio de su derecho a solicitar aclaración.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Cliente no realice el anticipo en el plazo señalado, el Abogado quedará facultado para suspender la prestación de sus servicios sin responsabilidad alguna y sin necesidad de previo aviso.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3.4 Pago final al término del caso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Al concluir el asunto por sentencia firme, convenio, transacción, desistimiento o cualquier otra forma de terminación, el Cliente pagará al Abogado la cantidad de $[________] MXN.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Dicho pago deberá realizarse dentro de los cinco días hábiles siguientes a la notificación de la resolución o firma del convenio.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3.5 Bonificación por resultado favorable (opcional)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Las partes acuerdan que, en caso de obtenerse un resultado favorable que implique un beneficio económico cuantificable para el Cliente [superior a $________], el Cliente pagará al Abogado un [___]% sobre el monto del beneficio obtenido.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3.6 Aceleración de pagos por incumplimiento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Cliente incumpla con el pago de cualquiera de las cantidades estipuladas en esta cláusula, todas las cantidades pactadas como honorarios futuros se considerarán exigibles de inmediato y en su totalidad, pudiendo el Abogado demandar su pago sin necesidad de esperar a que se presten los servicios pendientes.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3.7 Intereses moratorios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mora, el Cliente pagará intereses moratorios a razón del [___]% mensual sobre las cantidades adeudadas, calculados desde la fecha de exigibilidad hasta la totalidad del pago.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CUARTA. — RETENCIÓN DE DOCUMENTOS Y EXPEDIENTE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tendrá derecho a retener en prenda todos los documentos, expedientes, bienes y valores que se encuentren en su poder con motivo del encargo, hasta en tanto el Cliente no haya cubierto la totalidad de los honorarios, gastos, intereses y cualquier otra cantidad adeudada. Esta retención podrá ejercerse incluso después de concluido el asunto y no constituirá delito alguno.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QUINTA. — GASTOS DE COBRANZA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Si por incumplimiento del Cliente el Abogado se ve en la necesidad de iniciar cualquier procedimiento judicial o extrajudicial para el cobro de sus honorarios, el Cliente se obliga a pagar, además de las cantidades adeudadas, el equivalente al [___]% del monto total reclamado por concepto de honorarios de cobranza, así como todos los gastos y costas que se originen.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SEXTA. — OBLIGACIONES DEL ABOGADO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6.1 Desempeñar el encargo con diligencia, lealtad, ética y profesionalismo.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6.2 Mantener informado al Cliente del estado del asunto mediante informes periódicos.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6.3 Guardar absoluta confidencialidad y secreto profesional respecto de todos los asuntos del Cliente, obligación que subsiste aún después de terminado el presente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6.4 Rendir cuentas al Cliente cuando éste lo solicite y al término del caso.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6.5 No patrocinar a la contraparte en el mismo asunto.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6.6 En caso de no poder continuar con el encargo, avisar al Cliente con al menos quince días naturales de antelación.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SÉPTIMA. — OBLIGACIONES DEL CLIENTE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7.1 Proporcionar información veraz, completa y oportuna, así como todos los documentos necesarios para la defensa.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7.2 Pagar puntualmente los honorarios, anticipos y gastos conforme a lo pactado.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7.3 Comparecer cuando sea requerido por la autoridad o por el Abogado.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7.4 No realizar gestiones por cuenta propia que puedan perjudicar la estrategia jurídica, so pena de quedar obligado a cubrir los honorarios de todas las audiencias y gestiones que hubieran resultado necesarias para reparar dicha conducta.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7.5 Comunicar de inmediato al Abogado cualquier notificación, citatorio o requerimiento que reciba.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OCTAVA. — SOLIDARIDAD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caso de que el presente contrato sea firmado por más de una persona como Cliente, todas ellas serán solidariamente responsables del pago total de los honorarios, gastos, intereses y cualquier otra cantidad derivada del presente instrumento.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NOVENA. — CONFIDENCIALIDAD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Abogado se obliga a mantener estricta confidencialidad sobre toda la información del Cliente, incluso después de terminado el presente contrato. Esta obligación no aplica cuando la información sea requerida por autoridad judicial competente o cuando sea necesaria para el cobro de los honorarios adeudados.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autoriza expresamente al Abogado a revelar la información necesaria para ejercer las acciones de cobro en su contra.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DÉCIMA. — TERMINACIÓN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terminará por cualquiera de las siguientes causas: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10.1 Conclusión total del asunto objeto del contrato.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10.2 Revocación del mandato por parte del Cliente. En este caso, el Cliente deberá pagar la totalidad de los honorarios pactados hasta ese momento, más el equivalente a [___] días de honorarios como indemnización por la terminación anticipada.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10.3 Renuncia del Abogado, la cual surtirá efectos quince días después de la notificación al Cliente. El Abogado tendrá derecho al cobro de los servicios efectivamente prestados y al reembolso de gastos.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10.4 Muerte o incapacidad sobreviniente de cualquiera de las partes.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10.5 Incumplimiento grave de cualquiera de las partes, previo requerimiento por escrito con cinco días de antelación.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10.6 Vencimiento del plazo pactado o, en su defecto, del plazo presunto de tres años establecido para el mandato.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En todos los casos de terminación, el Abogado tiene derecho al cobro de los servicios efectivamente prestados y de los gastos erogados hasta la fecha de terminación, así como a retener los documentos en los términos de la cláusula cuarta.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PRIMERA. — CLÁUSULA PENAL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incumplimiento de cualquiera de las obligaciones a cargo del Cliente dará lugar al pago de una pena convencional equivalente al [___]% del monto total del presente contrato, sin perjuicio del cumplimiento forzoso de las obligaciones y del pago de los daños y perjuicios que procedan. La pena se causará por el solo hecho del incumplimiento, sin necesidad de requerimiento judicial o extrajudicial.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SEGUNDA. — JURISDICCIÓN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Para todo lo relativo a la interpretación, cumplimiento y ejecución del presente contrato, las partes se someten expresamente a la competencia de los Tribunales del Estado de México, renunciando a cualquier otro fuero que pudiera corresponderles en razón de su domicilio presente o futuro.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TERCERA. — LEGISLACIÓN APLICABLE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presente contrato se rige por las siguientes disposiciones legales: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Constitución Política de los Estados Unidos Mexicanos: artículo 5.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Código Civil del Estado de México: artículos 7.764, 7.765, 7.767, 7.768, 7.793, 7.795, 7.797, 7.825, 7.827, 7.828, 7.829, 7.832, 7.833, 7.834, 7.835.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Código de Procedimientos Civiles del Estado de México: artículos 1.223, 1.224, 1.225, 1.226, 1.227, 1.228, 1.229, 1.230.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- Ley Reglamentaria del Artículo 5º Constitucional, relativo al Ejercicio de las Profesiones: artículos 1, 3, 4, 13.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DÉCIMA CUARTA. — DECLARACIÓN DE ENTENDIMIENTO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El Cliente declara que ha leído el presente contrato, que comprende su contenido y alcance, que ha tenido la oportunidad de consultarlo con asesoría independiente si así lo ha deseado, y que lo firma libremente.</w:t>
      </w:r>
    </w:p>
    <w:p>
      <w:pPr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— — —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Las partes firman el presente contrato en dos ejemplares originales, a los [___] días del mes de [___________] de [_____].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EL ABOGADO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Cédula Profesional: 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Domicilio: _________________________________________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Correo electrónico: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EL CLIENTE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Domicilio: _________________________________________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Correo electrónico: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TESTIGO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p>
      <w:pPr>
        <w:spacing w:line="360" w:lineRule="auto" w:before="0" w:after="20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</w:rPr>
        <w:t>TESTIGO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Nombre: _________________________________</w:t>
      </w:r>
    </w:p>
    <w:p>
      <w:pPr>
        <w:spacing w:line="360" w:lineRule="auto" w:before="0" w:after="120"/>
        <w:ind w:firstLine="72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Firma: 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